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Dance Card</w:t>
      </w:r>
    </w:p>
    <w:p>
      <w:r>
        <w:t>Names: ______________________________        Robot number: ______</w:t>
      </w:r>
    </w:p>
    <w:p>
      <w:pPr>
        <w:pStyle w:val="Heading1"/>
      </w:pPr>
      <w:r>
        <w:t>Part 1: Read before you change</w:t>
      </w:r>
    </w:p>
    <w:p>
      <w:r>
        <w:t>Look at the blocks. Don't run the project yet.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744"/>
          </w:tcPr>
          <w:p>
            <w:r/>
            <w:r>
              <w:rPr>
                <w:b/>
              </w:rPr>
              <w:t>Question</w:t>
            </w:r>
          </w:p>
        </w:tc>
        <w:tc>
          <w:tcPr>
            <w:tcW w:type="dxa" w:w="3168"/>
          </w:tcPr>
          <w:p>
            <w:r/>
            <w:r>
              <w:rPr>
                <w:b/>
              </w:rPr>
              <w:t>Our answer (from reading)</w:t>
            </w:r>
          </w:p>
        </w:tc>
        <w:tc>
          <w:tcPr>
            <w:tcW w:type="dxa" w:w="2592"/>
          </w:tcPr>
          <w:p>
            <w:r/>
            <w:r>
              <w:rPr>
                <w:b/>
              </w:rPr>
              <w:t>Were we right? (after running)</w:t>
            </w:r>
          </w:p>
        </w:tc>
      </w:tr>
      <w:tr>
        <w:trPr>
          <w:trHeight w:val="792"/>
        </w:trPr>
        <w:tc>
          <w:tcPr>
            <w:tcW w:type="dxa" w:w="3744"/>
          </w:tcPr>
          <w:p>
            <w:r>
              <w:t>How many notes are in the song?</w:t>
            </w:r>
          </w:p>
        </w:tc>
        <w:tc>
          <w:tcPr>
            <w:tcW w:type="dxa" w:w="3168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rPr>
          <w:trHeight w:val="792"/>
        </w:trPr>
        <w:tc>
          <w:tcPr>
            <w:tcW w:type="dxa" w:w="3744"/>
          </w:tcPr>
          <w:p>
            <w:r>
              <w:t>What does the robot do first in the dance?</w:t>
            </w:r>
          </w:p>
        </w:tc>
        <w:tc>
          <w:tcPr>
            <w:tcW w:type="dxa" w:w="3168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rPr>
          <w:trHeight w:val="792"/>
        </w:trPr>
        <w:tc>
          <w:tcPr>
            <w:tcW w:type="dxa" w:w="3744"/>
          </w:tcPr>
          <w:p>
            <w:r>
              <w:t>What happens after the repeat block finishes?</w:t>
            </w:r>
          </w:p>
        </w:tc>
        <w:tc>
          <w:tcPr>
            <w:tcW w:type="dxa" w:w="3168"/>
          </w:tcPr>
          <w:p>
            <w:r/>
          </w:p>
        </w:tc>
        <w:tc>
          <w:tcPr>
            <w:tcW w:type="dxa" w:w="2592"/>
          </w:tcPr>
          <w:p>
            <w:r/>
          </w:p>
        </w:tc>
      </w:tr>
    </w:tbl>
    <w:p/>
    <w:p>
      <w:pPr>
        <w:pStyle w:val="Heading1"/>
      </w:pPr>
      <w:r>
        <w:t>Part 2: Change the song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880"/>
          </w:tcPr>
          <w:p>
            <w:r/>
            <w:r>
              <w:rPr>
                <w:b/>
              </w:rPr>
              <w:t>Change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What we changed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What we heard</w:t>
            </w:r>
          </w:p>
        </w:tc>
        <w:tc>
          <w:tcPr>
            <w:tcW w:type="dxa" w:w="2304"/>
          </w:tcPr>
          <w:p>
            <w:r/>
            <w:r>
              <w:rPr>
                <w:b/>
              </w:rPr>
              <w:t>What we were going for</w:t>
            </w:r>
          </w:p>
        </w:tc>
      </w:tr>
      <w:tr>
        <w:trPr>
          <w:trHeight w:val="792"/>
        </w:trPr>
        <w:tc>
          <w:tcPr>
            <w:tcW w:type="dxa" w:w="2880"/>
          </w:tcPr>
          <w:p>
            <w:r>
              <w:t>1. Three notes from eighth to quarter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304"/>
          </w:tcPr>
          <w:p>
            <w:r/>
          </w:p>
        </w:tc>
      </w:tr>
      <w:tr>
        <w:trPr>
          <w:trHeight w:val="792"/>
        </w:trPr>
        <w:tc>
          <w:tcPr>
            <w:tcW w:type="dxa" w:w="2880"/>
          </w:tcPr>
          <w:p>
            <w:r>
              <w:t>2. One note from octave 5 to 6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304"/>
          </w:tcPr>
          <w:p>
            <w:r/>
          </w:p>
        </w:tc>
      </w:tr>
      <w:tr>
        <w:trPr>
          <w:trHeight w:val="792"/>
        </w:trPr>
        <w:tc>
          <w:tcPr>
            <w:tcW w:type="dxa" w:w="2880"/>
          </w:tcPr>
          <w:p>
            <w:r>
              <w:t>3. Our own change: scarier, sillier or sadder?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304"/>
          </w:tcPr>
          <w:p>
            <w:r/>
          </w:p>
        </w:tc>
      </w:tr>
    </w:tbl>
    <w:p/>
    <w:p>
      <w:pPr>
        <w:pStyle w:val="Heading1"/>
      </w:pPr>
      <w:r>
        <w:t>Part 3: Our dance</w:t>
      </w:r>
    </w:p>
    <w:p>
      <w:r>
        <w:t>Write your four moves in words first. Then build them inside the repeat block.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864"/>
          </w:tcPr>
          <w:p>
            <w:r/>
            <w:r>
              <w:rPr>
                <w:b/>
              </w:rPr>
              <w:t>Move</w:t>
            </w:r>
          </w:p>
        </w:tc>
        <w:tc>
          <w:tcPr>
            <w:tcW w:type="dxa" w:w="4032"/>
          </w:tcPr>
          <w:p>
            <w:r/>
            <w:r>
              <w:rPr>
                <w:b/>
              </w:rPr>
              <w:t>In words</w:t>
            </w:r>
          </w:p>
        </w:tc>
        <w:tc>
          <w:tcPr>
            <w:tcW w:type="dxa" w:w="2592"/>
          </w:tcPr>
          <w:p>
            <w:r/>
            <w:r>
              <w:rPr>
                <w:b/>
              </w:rPr>
              <w:t>Block we used</w:t>
            </w:r>
          </w:p>
        </w:tc>
        <w:tc>
          <w:tcPr>
            <w:tcW w:type="dxa" w:w="2016"/>
          </w:tcPr>
          <w:p>
            <w:r/>
            <w:r>
              <w:rPr>
                <w:b/>
              </w:rPr>
              <w:t>Number we chose</w:t>
            </w:r>
          </w:p>
        </w:tc>
      </w:tr>
      <w:tr>
        <w:trPr>
          <w:trHeight w:val="792"/>
        </w:trP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403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rPr>
          <w:trHeight w:val="792"/>
        </w:trP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403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rPr>
          <w:trHeight w:val="792"/>
        </w:trP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403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rPr>
          <w:trHeight w:val="792"/>
        </w:trP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403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016"/>
          </w:tcPr>
          <w:p>
            <w:r/>
          </w:p>
        </w:tc>
      </w:tr>
    </w:tbl>
    <w:p/>
    <w:p>
      <w:r>
        <w:t>Rules: moves of 100 mm or less, turns of 90 degrees or less, repeat stays at 3.</w:t>
      </w:r>
    </w:p>
    <w:p>
      <w:pPr>
        <w:pStyle w:val="Heading1"/>
      </w:pPr>
      <w:r>
        <w:t>Part 4: Did it work?</w:t>
      </w:r>
    </w:p>
    <w:p>
      <w:r>
        <w:t>Did the dance end with the song? Circle one:     too early     just right     too late</w:t>
      </w:r>
    </w:p>
    <w:p>
      <w:r>
        <w:t>If it wasn't just right, which number would you change first, and why?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What we'd change next time: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Words we used today: note, octave, repeat, stack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